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DB05" w14:textId="77777777" w:rsidR="008B40CF" w:rsidRDefault="008B40CF">
      <w:pPr>
        <w:jc w:val="center"/>
        <w:rPr>
          <w:b/>
          <w:sz w:val="32"/>
        </w:rPr>
      </w:pPr>
    </w:p>
    <w:p w14:paraId="3FFDB0D4" w14:textId="3F014124" w:rsidR="00D43201" w:rsidRDefault="00000000">
      <w:pPr>
        <w:jc w:val="center"/>
      </w:pPr>
      <w:r>
        <w:rPr>
          <w:b/>
          <w:sz w:val="32"/>
        </w:rPr>
        <w:t>ČESTNÉ PROHLÁŠENÍ</w:t>
      </w:r>
    </w:p>
    <w:p w14:paraId="02759E4B" w14:textId="77777777" w:rsidR="00D43201" w:rsidRDefault="00000000">
      <w:pPr>
        <w:jc w:val="center"/>
      </w:pPr>
      <w:r>
        <w:rPr>
          <w:b/>
          <w:sz w:val="24"/>
        </w:rPr>
        <w:t>k průměrnému ročnímu počtu zásahů jednotky SDH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15"/>
        <w:gridCol w:w="5559"/>
      </w:tblGrid>
      <w:tr w:rsidR="00D43201" w14:paraId="1887D2CE" w14:textId="77777777" w:rsidTr="008B40CF">
        <w:trPr>
          <w:trHeight w:val="386"/>
          <w:jc w:val="center"/>
        </w:trPr>
        <w:tc>
          <w:tcPr>
            <w:tcW w:w="3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A79B4E" w14:textId="77777777" w:rsidR="00D43201" w:rsidRPr="00E037CF" w:rsidRDefault="00000000">
            <w:pPr>
              <w:rPr>
                <w:lang w:val="cs-CZ"/>
              </w:rPr>
            </w:pPr>
            <w:r w:rsidRPr="00E037CF">
              <w:rPr>
                <w:b/>
                <w:lang w:val="cs-CZ"/>
              </w:rPr>
              <w:t>Žadatel:</w:t>
            </w:r>
          </w:p>
        </w:tc>
        <w:tc>
          <w:tcPr>
            <w:tcW w:w="5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FDBEA6" w14:textId="77777777" w:rsidR="00D43201" w:rsidRDefault="00D43201"/>
        </w:tc>
      </w:tr>
      <w:tr w:rsidR="00D43201" w14:paraId="2EA9E6D0" w14:textId="77777777" w:rsidTr="008B40CF">
        <w:trPr>
          <w:trHeight w:val="386"/>
          <w:jc w:val="center"/>
        </w:trPr>
        <w:tc>
          <w:tcPr>
            <w:tcW w:w="3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AEDCEA" w14:textId="77777777" w:rsidR="00D43201" w:rsidRDefault="00000000">
            <w:r>
              <w:rPr>
                <w:b/>
              </w:rPr>
              <w:t>IČO:</w:t>
            </w:r>
          </w:p>
        </w:tc>
        <w:tc>
          <w:tcPr>
            <w:tcW w:w="5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5DB9B4" w14:textId="77777777" w:rsidR="00D43201" w:rsidRDefault="00D43201"/>
        </w:tc>
      </w:tr>
      <w:tr w:rsidR="00D43201" w14:paraId="639AC251" w14:textId="77777777" w:rsidTr="008B40CF">
        <w:trPr>
          <w:trHeight w:val="370"/>
          <w:jc w:val="center"/>
        </w:trPr>
        <w:tc>
          <w:tcPr>
            <w:tcW w:w="3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88AC9" w14:textId="77777777" w:rsidR="00D43201" w:rsidRDefault="00000000">
            <w:r>
              <w:rPr>
                <w:b/>
              </w:rPr>
              <w:t>Název projektu:</w:t>
            </w:r>
          </w:p>
        </w:tc>
        <w:tc>
          <w:tcPr>
            <w:tcW w:w="5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116F7" w14:textId="77777777" w:rsidR="00D43201" w:rsidRDefault="00D43201"/>
        </w:tc>
      </w:tr>
      <w:tr w:rsidR="00D43201" w14:paraId="3D9E011F" w14:textId="77777777" w:rsidTr="008B40CF">
        <w:trPr>
          <w:trHeight w:val="386"/>
          <w:jc w:val="center"/>
        </w:trPr>
        <w:tc>
          <w:tcPr>
            <w:tcW w:w="3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1D8D4B" w14:textId="77777777" w:rsidR="00D43201" w:rsidRDefault="00000000">
            <w:r>
              <w:rPr>
                <w:b/>
              </w:rPr>
              <w:t>Jednotka SDH:</w:t>
            </w:r>
          </w:p>
        </w:tc>
        <w:tc>
          <w:tcPr>
            <w:tcW w:w="5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C2575A" w14:textId="77777777" w:rsidR="00D43201" w:rsidRDefault="00D43201"/>
        </w:tc>
      </w:tr>
    </w:tbl>
    <w:p w14:paraId="719DCB8A" w14:textId="77777777" w:rsidR="00D43201" w:rsidRDefault="00D43201"/>
    <w:p w14:paraId="4D965FB3" w14:textId="6E44B318" w:rsidR="00D43201" w:rsidRPr="00E037CF" w:rsidRDefault="00000000">
      <w:pPr>
        <w:rPr>
          <w:lang w:val="cs-CZ"/>
        </w:rPr>
      </w:pPr>
      <w:r>
        <w:t xml:space="preserve">Já, níže </w:t>
      </w:r>
      <w:r w:rsidRPr="00E037CF">
        <w:rPr>
          <w:lang w:val="cs-CZ"/>
        </w:rPr>
        <w:t>podepsaný/á, tímto čestně prohlašuji, že údaje uvedené níže o počtu zásahů</w:t>
      </w:r>
      <w:r w:rsidR="00A3285F" w:rsidRPr="00E037CF">
        <w:rPr>
          <w:lang w:val="cs-CZ"/>
        </w:rPr>
        <w:t xml:space="preserve"> uskutečněných na výzvu operačního a informačního střediska HZS</w:t>
      </w:r>
      <w:r w:rsidRPr="00E037CF">
        <w:rPr>
          <w:lang w:val="cs-CZ"/>
        </w:rPr>
        <w:t xml:space="preserve"> výše uvedené jednotky SDH jsou pravdivé a odpovídají skutečnosti. Údaje jsou předkládány pro účely věcného hodnocení projektového záměru v rámci bodového kritéria „Průměrný roční počet zásahů jednotky</w:t>
      </w:r>
      <w:r w:rsidR="00A3285F" w:rsidRPr="00E037CF">
        <w:rPr>
          <w:lang w:val="cs-CZ"/>
        </w:rPr>
        <w:t xml:space="preserve"> sboru dobrovolných hasičů</w:t>
      </w:r>
      <w:r w:rsidRPr="00E037CF">
        <w:rPr>
          <w:lang w:val="cs-CZ"/>
        </w:rPr>
        <w:t>“.</w:t>
      </w:r>
    </w:p>
    <w:p w14:paraId="1CE22587" w14:textId="77777777" w:rsidR="00D43201" w:rsidRPr="00E037CF" w:rsidRDefault="00000000">
      <w:pPr>
        <w:rPr>
          <w:lang w:val="cs-CZ"/>
        </w:rPr>
      </w:pPr>
      <w:r w:rsidRPr="00E037CF">
        <w:rPr>
          <w:b/>
          <w:lang w:val="cs-CZ"/>
        </w:rPr>
        <w:t>Počet zásahů jednotky v jednotlivých kalendářních letech: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D43201" w:rsidRPr="00E037CF" w14:paraId="30D45EF5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C67B2B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b/>
                <w:lang w:val="cs-CZ"/>
              </w:rPr>
              <w:t>Kalendářní rok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6FF345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b/>
                <w:lang w:val="cs-CZ"/>
              </w:rPr>
              <w:t>Počet zásahů</w:t>
            </w:r>
          </w:p>
        </w:tc>
      </w:tr>
      <w:tr w:rsidR="00D43201" w:rsidRPr="00E037CF" w14:paraId="31F47F9D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4B9C04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2020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5AD3C71" w14:textId="77777777" w:rsidR="00D43201" w:rsidRPr="00E037CF" w:rsidRDefault="00D43201">
            <w:pPr>
              <w:rPr>
                <w:lang w:val="cs-CZ"/>
              </w:rPr>
            </w:pPr>
          </w:p>
        </w:tc>
      </w:tr>
      <w:tr w:rsidR="00D43201" w:rsidRPr="00E037CF" w14:paraId="23894A78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D0653B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2021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C84EF1" w14:textId="77777777" w:rsidR="00D43201" w:rsidRPr="00E037CF" w:rsidRDefault="00D43201">
            <w:pPr>
              <w:rPr>
                <w:lang w:val="cs-CZ"/>
              </w:rPr>
            </w:pPr>
          </w:p>
        </w:tc>
      </w:tr>
      <w:tr w:rsidR="00D43201" w:rsidRPr="00E037CF" w14:paraId="451DA6A5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FAAC0B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2022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A702A6" w14:textId="77777777" w:rsidR="00D43201" w:rsidRPr="00E037CF" w:rsidRDefault="00D43201">
            <w:pPr>
              <w:rPr>
                <w:lang w:val="cs-CZ"/>
              </w:rPr>
            </w:pPr>
          </w:p>
        </w:tc>
      </w:tr>
      <w:tr w:rsidR="00D43201" w:rsidRPr="00E037CF" w14:paraId="462DFAE1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8EEA06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2023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B4B91B" w14:textId="77777777" w:rsidR="00D43201" w:rsidRPr="00E037CF" w:rsidRDefault="00D43201">
            <w:pPr>
              <w:rPr>
                <w:lang w:val="cs-CZ"/>
              </w:rPr>
            </w:pPr>
          </w:p>
        </w:tc>
      </w:tr>
      <w:tr w:rsidR="00D43201" w:rsidRPr="00E037CF" w14:paraId="02529AF3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FE5ACF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2024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EEA591" w14:textId="77777777" w:rsidR="00D43201" w:rsidRPr="00E037CF" w:rsidRDefault="00D43201">
            <w:pPr>
              <w:rPr>
                <w:lang w:val="cs-CZ"/>
              </w:rPr>
            </w:pPr>
          </w:p>
        </w:tc>
      </w:tr>
      <w:tr w:rsidR="00D43201" w:rsidRPr="00E037CF" w14:paraId="336D1210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0F05B7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2025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5B021D" w14:textId="77777777" w:rsidR="00D43201" w:rsidRPr="00E037CF" w:rsidRDefault="00D43201">
            <w:pPr>
              <w:rPr>
                <w:lang w:val="cs-CZ"/>
              </w:rPr>
            </w:pPr>
          </w:p>
        </w:tc>
      </w:tr>
      <w:tr w:rsidR="00D43201" w:rsidRPr="00E037CF" w14:paraId="1A974367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5ACFA4" w14:textId="77777777" w:rsidR="00D43201" w:rsidRPr="00E037CF" w:rsidRDefault="00000000">
            <w:pPr>
              <w:rPr>
                <w:lang w:val="cs-CZ"/>
              </w:rPr>
            </w:pPr>
            <w:r w:rsidRPr="00E037CF">
              <w:rPr>
                <w:b/>
                <w:lang w:val="cs-CZ"/>
              </w:rPr>
              <w:t>Celkem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DCD2FF" w14:textId="77777777" w:rsidR="00D43201" w:rsidRPr="00E037CF" w:rsidRDefault="00D43201">
            <w:pPr>
              <w:rPr>
                <w:lang w:val="cs-CZ"/>
              </w:rPr>
            </w:pPr>
          </w:p>
        </w:tc>
      </w:tr>
      <w:tr w:rsidR="00D43201" w:rsidRPr="00E037CF" w14:paraId="6C8ED187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0173D3" w14:textId="77777777" w:rsidR="00D43201" w:rsidRPr="00E037CF" w:rsidRDefault="00000000">
            <w:pPr>
              <w:rPr>
                <w:lang w:val="cs-CZ"/>
              </w:rPr>
            </w:pPr>
            <w:r w:rsidRPr="00E037CF">
              <w:rPr>
                <w:b/>
                <w:lang w:val="cs-CZ"/>
              </w:rPr>
              <w:t>Aritmetický průměr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C54257" w14:textId="77777777" w:rsidR="00D43201" w:rsidRPr="00E037CF" w:rsidRDefault="00D43201">
            <w:pPr>
              <w:rPr>
                <w:lang w:val="cs-CZ"/>
              </w:rPr>
            </w:pPr>
          </w:p>
        </w:tc>
      </w:tr>
    </w:tbl>
    <w:p w14:paraId="3E0924A6" w14:textId="77777777" w:rsidR="00D43201" w:rsidRPr="00E037CF" w:rsidRDefault="00D43201">
      <w:pPr>
        <w:rPr>
          <w:lang w:val="cs-CZ"/>
        </w:rPr>
      </w:pPr>
    </w:p>
    <w:p w14:paraId="7FCFD0D6" w14:textId="77777777" w:rsidR="00D43201" w:rsidRPr="00E037CF" w:rsidRDefault="00000000">
      <w:pPr>
        <w:rPr>
          <w:lang w:val="cs-CZ"/>
        </w:rPr>
      </w:pPr>
      <w:r w:rsidRPr="00E037CF">
        <w:rPr>
          <w:b/>
          <w:lang w:val="cs-CZ"/>
        </w:rPr>
        <w:t xml:space="preserve">Na základě výše uvedeného činí průměrný roční počet zásahů jednotky: </w:t>
      </w:r>
      <w:r w:rsidRPr="00E037CF">
        <w:rPr>
          <w:lang w:val="cs-CZ"/>
        </w:rPr>
        <w:t>________________ zásahů.</w:t>
      </w:r>
    </w:p>
    <w:p w14:paraId="628BAE75" w14:textId="77777777" w:rsidR="00D43201" w:rsidRPr="00E037CF" w:rsidRDefault="00000000">
      <w:pPr>
        <w:rPr>
          <w:lang w:val="cs-CZ"/>
        </w:rPr>
      </w:pPr>
      <w:r w:rsidRPr="00E037CF">
        <w:rPr>
          <w:b/>
          <w:lang w:val="cs-CZ"/>
        </w:rPr>
        <w:t>Žadatel uplatňuje bodové hodnocení:</w:t>
      </w:r>
    </w:p>
    <w:p w14:paraId="23B09D24" w14:textId="741A03C4" w:rsidR="00D43201" w:rsidRPr="00E037CF" w:rsidRDefault="00000000">
      <w:pPr>
        <w:ind w:left="283"/>
        <w:rPr>
          <w:lang w:val="cs-CZ"/>
        </w:rPr>
      </w:pPr>
      <w:r w:rsidRPr="00E037CF">
        <w:rPr>
          <w:lang w:val="cs-CZ"/>
        </w:rPr>
        <w:t xml:space="preserve">☐ 20 bodů – průměrný roční počet zásahů je vyšší než </w:t>
      </w:r>
      <w:r w:rsidR="00A3285F" w:rsidRPr="00E037CF">
        <w:rPr>
          <w:lang w:val="cs-CZ"/>
        </w:rPr>
        <w:t>6</w:t>
      </w:r>
      <w:r w:rsidR="008B40CF" w:rsidRPr="00E037CF">
        <w:rPr>
          <w:lang w:val="cs-CZ"/>
        </w:rPr>
        <w:t>1</w:t>
      </w:r>
      <w:r w:rsidRPr="00E037CF">
        <w:rPr>
          <w:lang w:val="cs-CZ"/>
        </w:rPr>
        <w:t>.</w:t>
      </w:r>
    </w:p>
    <w:p w14:paraId="6056A8D3" w14:textId="29B9134A" w:rsidR="00EE0AD6" w:rsidRPr="00E037CF" w:rsidRDefault="00EE0AD6" w:rsidP="00EE0AD6">
      <w:pPr>
        <w:ind w:left="283"/>
        <w:rPr>
          <w:lang w:val="cs-CZ"/>
        </w:rPr>
      </w:pPr>
      <w:r w:rsidRPr="00E037CF">
        <w:rPr>
          <w:lang w:val="cs-CZ"/>
        </w:rPr>
        <w:t>☐ 15 bodů – průměrný roční počet zásahů je minimálně 41 a maximálně 60.</w:t>
      </w:r>
    </w:p>
    <w:p w14:paraId="341DA50C" w14:textId="779788A8" w:rsidR="00EE0AD6" w:rsidRPr="00E037CF" w:rsidRDefault="00EE0AD6" w:rsidP="00EE0AD6">
      <w:pPr>
        <w:ind w:left="283"/>
        <w:rPr>
          <w:lang w:val="cs-CZ"/>
        </w:rPr>
      </w:pPr>
    </w:p>
    <w:p w14:paraId="1C337625" w14:textId="77777777" w:rsidR="00EE0AD6" w:rsidRPr="00E037CF" w:rsidRDefault="00EE0AD6">
      <w:pPr>
        <w:ind w:left="283"/>
        <w:rPr>
          <w:lang w:val="cs-CZ"/>
        </w:rPr>
      </w:pPr>
    </w:p>
    <w:p w14:paraId="4989315D" w14:textId="03F0872F" w:rsidR="00D43201" w:rsidRPr="00E037CF" w:rsidRDefault="00000000">
      <w:pPr>
        <w:ind w:left="283"/>
        <w:rPr>
          <w:lang w:val="cs-CZ"/>
        </w:rPr>
      </w:pPr>
      <w:r w:rsidRPr="00E037CF">
        <w:rPr>
          <w:lang w:val="cs-CZ"/>
        </w:rPr>
        <w:t xml:space="preserve">☐ 10 bodů – průměrný roční počet zásahů je minimálně </w:t>
      </w:r>
      <w:r w:rsidR="00EE0AD6" w:rsidRPr="00E037CF">
        <w:rPr>
          <w:lang w:val="cs-CZ"/>
        </w:rPr>
        <w:t>2</w:t>
      </w:r>
      <w:r w:rsidRPr="00E037CF">
        <w:rPr>
          <w:lang w:val="cs-CZ"/>
        </w:rPr>
        <w:t xml:space="preserve">1 a maximálně </w:t>
      </w:r>
      <w:r w:rsidR="00EE0AD6" w:rsidRPr="00E037CF">
        <w:rPr>
          <w:lang w:val="cs-CZ"/>
        </w:rPr>
        <w:t>4</w:t>
      </w:r>
      <w:r w:rsidRPr="00E037CF">
        <w:rPr>
          <w:lang w:val="cs-CZ"/>
        </w:rPr>
        <w:t>0.</w:t>
      </w:r>
    </w:p>
    <w:p w14:paraId="2F379AF9" w14:textId="3D7EC8F3" w:rsidR="00D43201" w:rsidRPr="00E037CF" w:rsidRDefault="00000000">
      <w:pPr>
        <w:ind w:left="283"/>
        <w:rPr>
          <w:lang w:val="cs-CZ"/>
        </w:rPr>
      </w:pPr>
      <w:r w:rsidRPr="00E037CF">
        <w:rPr>
          <w:lang w:val="cs-CZ"/>
        </w:rPr>
        <w:t xml:space="preserve">☐ 5 bodů – průměrný roční počet zásahů je maximálně </w:t>
      </w:r>
      <w:r w:rsidR="00EE0AD6" w:rsidRPr="00E037CF">
        <w:rPr>
          <w:lang w:val="cs-CZ"/>
        </w:rPr>
        <w:t>2</w:t>
      </w:r>
      <w:r w:rsidRPr="00E037CF">
        <w:rPr>
          <w:lang w:val="cs-CZ"/>
        </w:rPr>
        <w:t>0.</w:t>
      </w:r>
    </w:p>
    <w:p w14:paraId="3571C0B3" w14:textId="77777777" w:rsidR="008B40CF" w:rsidRPr="00E037CF" w:rsidRDefault="008B40CF">
      <w:pPr>
        <w:rPr>
          <w:lang w:val="cs-CZ"/>
        </w:rPr>
      </w:pPr>
    </w:p>
    <w:p w14:paraId="0AC54E21" w14:textId="77777777" w:rsidR="008B40CF" w:rsidRPr="00E037CF" w:rsidRDefault="008B40CF">
      <w:pPr>
        <w:rPr>
          <w:lang w:val="cs-CZ"/>
        </w:rPr>
      </w:pPr>
    </w:p>
    <w:p w14:paraId="0341024D" w14:textId="67FA5CC1" w:rsidR="00D43201" w:rsidRPr="00E037CF" w:rsidRDefault="00000000">
      <w:pPr>
        <w:rPr>
          <w:lang w:val="cs-CZ"/>
        </w:rPr>
      </w:pPr>
      <w:r w:rsidRPr="00E037CF">
        <w:rPr>
          <w:lang w:val="cs-CZ"/>
        </w:rPr>
        <w:t>Prohlašuji, že jsem si vědom/a odpovědnosti za správnost a úplnost údajů uvedených v tomto čestném prohlášení.</w:t>
      </w:r>
    </w:p>
    <w:p w14:paraId="7001EE28" w14:textId="77777777" w:rsidR="00D43201" w:rsidRPr="00E037CF" w:rsidRDefault="00D43201">
      <w:pPr>
        <w:rPr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D43201" w:rsidRPr="00E037CF" w14:paraId="51D067DF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1A587E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V __________________________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189CE" w14:textId="77777777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dne __________________</w:t>
            </w:r>
          </w:p>
        </w:tc>
      </w:tr>
      <w:tr w:rsidR="00D43201" w:rsidRPr="00E037CF" w14:paraId="4346ACF9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DAD27" w14:textId="77777777" w:rsidR="00D43201" w:rsidRPr="00E037CF" w:rsidRDefault="00D43201">
            <w:pPr>
              <w:jc w:val="center"/>
              <w:rPr>
                <w:lang w:val="cs-CZ"/>
              </w:rPr>
            </w:pP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589486" w14:textId="77777777" w:rsidR="00D43201" w:rsidRPr="00E037CF" w:rsidRDefault="00D43201">
            <w:pPr>
              <w:jc w:val="center"/>
              <w:rPr>
                <w:lang w:val="cs-CZ"/>
              </w:rPr>
            </w:pPr>
          </w:p>
        </w:tc>
      </w:tr>
      <w:tr w:rsidR="00D43201" w:rsidRPr="00E037CF" w14:paraId="4D967131" w14:textId="77777777">
        <w:trPr>
          <w:jc w:val="center"/>
        </w:trPr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66B390" w14:textId="16AE5404" w:rsidR="00D43201" w:rsidRPr="00E037CF" w:rsidRDefault="00000000">
            <w:pPr>
              <w:jc w:val="center"/>
              <w:rPr>
                <w:lang w:val="cs-CZ"/>
              </w:rPr>
            </w:pPr>
            <w:r w:rsidRPr="00E037CF">
              <w:rPr>
                <w:lang w:val="cs-CZ"/>
              </w:rPr>
              <w:t>__________________________________</w:t>
            </w:r>
            <w:r w:rsidRPr="00E037CF">
              <w:rPr>
                <w:lang w:val="cs-CZ"/>
              </w:rPr>
              <w:br/>
              <w:t>Jméno a příjmení oprávněné osoby</w:t>
            </w:r>
            <w:r w:rsidR="008B40CF" w:rsidRPr="00E037CF">
              <w:rPr>
                <w:lang w:val="cs-CZ"/>
              </w:rPr>
              <w:t xml:space="preserve"> včetně podpisu</w:t>
            </w:r>
          </w:p>
        </w:tc>
        <w:tc>
          <w:tcPr>
            <w:tcW w:w="47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034C64" w14:textId="4E52FEAF" w:rsidR="00D43201" w:rsidRPr="00E037CF" w:rsidRDefault="00D43201">
            <w:pPr>
              <w:jc w:val="center"/>
              <w:rPr>
                <w:lang w:val="cs-CZ"/>
              </w:rPr>
            </w:pPr>
          </w:p>
        </w:tc>
      </w:tr>
    </w:tbl>
    <w:p w14:paraId="1F814EFA" w14:textId="77777777" w:rsidR="00C35572" w:rsidRPr="00E037CF" w:rsidRDefault="00C35572">
      <w:pPr>
        <w:rPr>
          <w:lang w:val="cs-CZ"/>
        </w:rPr>
      </w:pPr>
    </w:p>
    <w:sectPr w:rsidR="00C35572" w:rsidRPr="00E037CF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5BC38" w14:textId="77777777" w:rsidR="00977D95" w:rsidRDefault="00977D95" w:rsidP="008B40CF">
      <w:pPr>
        <w:spacing w:after="0" w:line="240" w:lineRule="auto"/>
      </w:pPr>
      <w:r>
        <w:separator/>
      </w:r>
    </w:p>
  </w:endnote>
  <w:endnote w:type="continuationSeparator" w:id="0">
    <w:p w14:paraId="23178EC9" w14:textId="77777777" w:rsidR="00977D95" w:rsidRDefault="00977D95" w:rsidP="008B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F0A2" w14:textId="77777777" w:rsidR="00977D95" w:rsidRDefault="00977D95" w:rsidP="008B40CF">
      <w:pPr>
        <w:spacing w:after="0" w:line="240" w:lineRule="auto"/>
      </w:pPr>
      <w:r>
        <w:separator/>
      </w:r>
    </w:p>
  </w:footnote>
  <w:footnote w:type="continuationSeparator" w:id="0">
    <w:p w14:paraId="0412A1EA" w14:textId="77777777" w:rsidR="00977D95" w:rsidRDefault="00977D95" w:rsidP="008B4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E336" w14:textId="68EBC1B9" w:rsidR="008B40CF" w:rsidRDefault="008B40CF">
    <w:pPr>
      <w:pStyle w:val="Zhlav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9C92444" wp14:editId="7AA5A03D">
          <wp:simplePos x="0" y="0"/>
          <wp:positionH relativeFrom="column">
            <wp:posOffset>4511328</wp:posOffset>
          </wp:positionH>
          <wp:positionV relativeFrom="paragraph">
            <wp:posOffset>-635</wp:posOffset>
          </wp:positionV>
          <wp:extent cx="1114425" cy="426438"/>
          <wp:effectExtent l="0" t="0" r="0" b="0"/>
          <wp:wrapNone/>
          <wp:docPr id="6" name="Obrázek 5" descr="Obsah obrázku Grafika, Písmo, plakát, grafický design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8251CF8F-2322-F6F4-2F13-36248B7CB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 descr="Obsah obrázku Grafika, Písmo, plakát, grafický design&#10;&#10;Popis byl vytvořen automaticky">
                    <a:extLst>
                      <a:ext uri="{FF2B5EF4-FFF2-40B4-BE49-F238E27FC236}">
                        <a16:creationId xmlns:a16="http://schemas.microsoft.com/office/drawing/2014/main" id="{8251CF8F-2322-F6F4-2F13-36248B7CB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426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69E9E77" wp14:editId="41AD4B81">
          <wp:extent cx="3241143" cy="466725"/>
          <wp:effectExtent l="0" t="0" r="0" b="0"/>
          <wp:docPr id="2" name="Obrázek 1">
            <a:extLst xmlns:a="http://schemas.openxmlformats.org/drawingml/2006/main">
              <a:ext uri="{FF2B5EF4-FFF2-40B4-BE49-F238E27FC236}">
                <a16:creationId xmlns:a16="http://schemas.microsoft.com/office/drawing/2014/main" id="{9EA96F1D-1B9C-4FF3-B700-F81AFC3C75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>
                    <a:extLst>
                      <a:ext uri="{FF2B5EF4-FFF2-40B4-BE49-F238E27FC236}">
                        <a16:creationId xmlns:a16="http://schemas.microsoft.com/office/drawing/2014/main" id="{9EA96F1D-1B9C-4FF3-B700-F81AFC3C75B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4843" cy="471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1884615">
    <w:abstractNumId w:val="8"/>
  </w:num>
  <w:num w:numId="2" w16cid:durableId="1274829470">
    <w:abstractNumId w:val="6"/>
  </w:num>
  <w:num w:numId="3" w16cid:durableId="1803114615">
    <w:abstractNumId w:val="5"/>
  </w:num>
  <w:num w:numId="4" w16cid:durableId="902594544">
    <w:abstractNumId w:val="4"/>
  </w:num>
  <w:num w:numId="5" w16cid:durableId="749889497">
    <w:abstractNumId w:val="7"/>
  </w:num>
  <w:num w:numId="6" w16cid:durableId="523590745">
    <w:abstractNumId w:val="3"/>
  </w:num>
  <w:num w:numId="7" w16cid:durableId="1281644935">
    <w:abstractNumId w:val="2"/>
  </w:num>
  <w:num w:numId="8" w16cid:durableId="1713192547">
    <w:abstractNumId w:val="1"/>
  </w:num>
  <w:num w:numId="9" w16cid:durableId="197748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BAA"/>
    <w:rsid w:val="0006063C"/>
    <w:rsid w:val="0015074B"/>
    <w:rsid w:val="00180E58"/>
    <w:rsid w:val="0029639D"/>
    <w:rsid w:val="00326F90"/>
    <w:rsid w:val="008B40CF"/>
    <w:rsid w:val="009015D2"/>
    <w:rsid w:val="00977D95"/>
    <w:rsid w:val="00A3285F"/>
    <w:rsid w:val="00AA1D8D"/>
    <w:rsid w:val="00B47730"/>
    <w:rsid w:val="00B47BA2"/>
    <w:rsid w:val="00C35572"/>
    <w:rsid w:val="00CB0664"/>
    <w:rsid w:val="00D43201"/>
    <w:rsid w:val="00E037CF"/>
    <w:rsid w:val="00EE0A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83D509"/>
  <w14:defaultImageDpi w14:val="300"/>
  <w15:docId w15:val="{1E62D9F9-01EE-4564-936A-C7ECA046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A3285F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188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Martina Juričková</cp:lastModifiedBy>
  <cp:revision>4</cp:revision>
  <dcterms:created xsi:type="dcterms:W3CDTF">2026-08-20T16:56:00Z</dcterms:created>
  <dcterms:modified xsi:type="dcterms:W3CDTF">2026-08-20T18:08:00Z</dcterms:modified>
  <cp:category/>
</cp:coreProperties>
</file>